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6: Opening the Door - The Points System (1967)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Before 1967, what mattered most in choosing immigrants? After?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Where did more immigrants come from after 1967?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Is a points system fair? Give one reason for and one against.</w:t>
      </w:r>
    </w:p>
    <w:p>
      <w:pPr>
        <w:spacing w:after="80"/>
      </w:pPr>
      <w:r>
        <w:rPr>
          <w:b w:val="0"/>
          <w:i/>
          <w:sz w:val="18"/>
        </w:rPr>
        <w:t>(Grade 6)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the points system changed immigration.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